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יצירות ספרות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דרך הלימוד של יצירות במסלול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תקציר והבנת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עבודה עם רמזים בלי לחץ של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דרך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תקציר, שאלות ורמז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אחרי שתי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לא, אין שעון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לעזור להבין את הטקסט בקלות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בדף כתוב שאין שעון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הרמז מופיע אחרי שתי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אין שעון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שלוש שאלות בכל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התקציר כתוב בשפה פשוטה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שעון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(סיפור קצר על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(קריאה בקול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(עזרה אחרי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שלא קיים במסלול הזה)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(נמצאות אחרי כל תקציר)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או מקשיבים לתקציר של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עונים על שאלה ראשונה מתוך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טועים פעמיים, מקבלים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ממשיכים לשאלה הבאה בלי לחץ של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מסיימים את כל השאלות על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לחפש הבנה שללא לחץ זמן אפשר לחשוב ולהבין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הרמז מכוון לכיוון הנכון בלי לתת תשובה ישירה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שתי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שעון עצר - מאפשר ללמוד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דוגמה של תקציר ושאלה אחת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התלמידים שהרמז הוא כלי עזר ולא עונש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קצב העבודה לכל תלמיד בהתאם לצורך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לומדים יצירות ספרות בכיתה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עובדים עם יצירות ספרות. קוראים תקציר קצר וקל. אחר כך עונים על שאלות. יש רמז. אין שעון.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שמסביר מה קרה ביצירה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קורא את הטקסט בקול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קטנה אחרי 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שעון עצר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שסופר כמה זמן יש לענות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לומדים את היצירות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סיפור, שיר או טקסט שלומדים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עם אפשרויות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שיש לה כמה תשובות לבחירה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דרך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לכל 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שאלות בלי תקציר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תקציר, שאלות ורמז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שעון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תשובות אפשר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מקבלים 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טעות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שתי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רמז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יש 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אין שעון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בשאלה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ביצירות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יש הקראה?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להקשות על ההבנה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להבין את הטקסט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את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יצירה יש תקציר בשפה פשוטה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שעון עצר שמודד כמה זמן עונים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 מופיע רק אחרי שלוש טעויות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לקחת זמן ולחשוב בלי 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יצירה יש חמש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התקציר נכתב רק באנגלית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יצירה יש תקציר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שתי טעויות מקבלים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כל יצירה יש שלוש __________ עם שלוש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במסלול הזה אין __________ שלוחץ על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התקציר כתוב בשפה __________ כדי שיהיה קל להבין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קריאה בקול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קצר על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שלא קיים במסלול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שעון עצר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נמצאות אחרי כל תקציר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עזרה אחרי 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שאלה ראשונה מתוך שלוש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טועים פעמיים, מקבלים רמז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לשאלה הבאה בלי לחץ של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את כל השאלות על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או מקשיבים לתקציר של 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בשתיים-שלוש שורות למה לדעתכם זה עוזר שאין שעון עצר כשלומדים יצירת ספרות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איך הרמז אחרי טעות יכול לעזור לכם ללמוד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שאלות יש על כל יצירה במסלול?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מקבלים רמז?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יש שעון עצר? למה זה טוב ללומדים?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לומדים יצירות ספרות בכיתה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